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E1750" w14:textId="77777777" w:rsidR="00E815AA" w:rsidRDefault="00C0789D">
      <w:pPr>
        <w:spacing w:after="160" w:line="240" w:lineRule="auto"/>
      </w:pPr>
      <w:r>
        <w:rPr>
          <w:b/>
          <w:sz w:val="42"/>
        </w:rPr>
        <w:t>13.2 Vector Calculus</w:t>
      </w:r>
    </w:p>
    <w:p w14:paraId="355C4382" w14:textId="77777777" w:rsidR="00246292" w:rsidRDefault="00246292">
      <w:pPr>
        <w:spacing w:after="160" w:line="240" w:lineRule="auto"/>
        <w:rPr>
          <w:b/>
        </w:rPr>
      </w:pPr>
      <w:r>
        <w:rPr>
          <w:b/>
        </w:rPr>
        <w:t>Giving Away the Punchline…</w:t>
      </w:r>
    </w:p>
    <w:p w14:paraId="59714442" w14:textId="7088FE18" w:rsidR="00E815AA" w:rsidRPr="00C84484" w:rsidRDefault="00C84484" w:rsidP="00C84484">
      <w:pPr>
        <w:spacing w:after="160" w:line="240" w:lineRule="auto"/>
        <w:rPr>
          <w:bCs/>
          <w:i/>
          <w:iCs/>
        </w:rPr>
      </w:pPr>
      <w:r>
        <w:rPr>
          <w:bCs/>
          <w:i/>
          <w:iCs/>
        </w:rPr>
        <w:t xml:space="preserve">  </w:t>
      </w:r>
      <w:r w:rsidR="00C0789D" w:rsidRPr="00C84484">
        <w:rPr>
          <w:bCs/>
          <w:i/>
          <w:iCs/>
        </w:rPr>
        <w:t>Do calculus component-wise!</w:t>
      </w:r>
    </w:p>
    <w:p w14:paraId="69489D75" w14:textId="79CC11CD" w:rsidR="00E815AA" w:rsidRPr="00246292" w:rsidRDefault="00C84484">
      <w:pPr>
        <w:spacing w:after="160" w:line="240" w:lineRule="auto"/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 xml:space="preserve">   </m:t>
          </m:r>
          <m:r>
            <m:rPr>
              <m:sty m:val="bi"/>
            </m:rPr>
            <w:rPr>
              <w:rFonts w:ascii="Cambria Math" w:hAnsi="Cambria Math"/>
            </w:rPr>
            <m:t xml:space="preserve">     </m:t>
          </m:r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>'(t) = ⟨x'(t), y'(t), z'(t)</m:t>
          </m:r>
          <m:r>
            <w:rPr>
              <w:rFonts w:ascii="Cambria Math" w:hAnsi="Cambria Math"/>
            </w:rPr>
            <m:t>⟩</m:t>
          </m:r>
        </m:oMath>
      </m:oMathPara>
    </w:p>
    <w:p w14:paraId="21CD6ECB" w14:textId="76147C3C" w:rsidR="00E815AA" w:rsidRPr="00246292" w:rsidRDefault="00246292">
      <w:pPr>
        <w:spacing w:after="160" w:line="240" w:lineRule="auto"/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 xml:space="preserve">  </m:t>
          </m:r>
          <m:r>
            <m:rPr>
              <m:sty m:val="bi"/>
            </m:rPr>
            <w:rPr>
              <w:rFonts w:ascii="Cambria Math" w:hAnsi="Cambria Math"/>
            </w:rPr>
            <m:t xml:space="preserve">   </m:t>
          </m:r>
          <m:r>
            <m:rPr>
              <m:sty m:val="bi"/>
            </m:rPr>
            <w:rPr>
              <w:rFonts w:ascii="Cambria Math" w:hAnsi="Cambria Math"/>
            </w:rPr>
            <m:t xml:space="preserve">   </m:t>
          </m:r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>″(t) = ⟨x″(t), y″(t), z″(t)</m:t>
          </m:r>
          <m:r>
            <w:rPr>
              <w:rFonts w:ascii="Cambria Math" w:hAnsi="Cambria Math"/>
            </w:rPr>
            <m:t>⟩</m:t>
          </m:r>
        </m:oMath>
      </m:oMathPara>
    </w:p>
    <w:p w14:paraId="27ACD3F1" w14:textId="77777777" w:rsidR="00E815AA" w:rsidRDefault="00E815AA">
      <w:pPr>
        <w:spacing w:after="500" w:line="20" w:lineRule="exact"/>
      </w:pPr>
    </w:p>
    <w:p w14:paraId="67200C83" w14:textId="770352C4" w:rsidR="00E815AA" w:rsidRPr="00246292" w:rsidRDefault="00C0789D">
      <w:pPr>
        <w:spacing w:after="160" w:line="240" w:lineRule="auto"/>
        <w:rPr>
          <w:bCs/>
          <w:i/>
          <w:iCs/>
        </w:rPr>
      </w:pPr>
      <w:r w:rsidRPr="00246292">
        <w:rPr>
          <w:bCs/>
          <w:i/>
          <w:iCs/>
          <w:sz w:val="42"/>
        </w:rPr>
        <w:t>Entry task</w:t>
      </w:r>
      <w:r w:rsidR="00246292">
        <w:rPr>
          <w:bCs/>
          <w:i/>
          <w:iCs/>
        </w:rPr>
        <w:t xml:space="preserve"> </w:t>
      </w:r>
      <w:r w:rsidR="00246292">
        <w:rPr>
          <w:sz w:val="20"/>
        </w:rPr>
        <w:t>Like H</w:t>
      </w:r>
      <w:r>
        <w:rPr>
          <w:sz w:val="20"/>
        </w:rPr>
        <w:t>W 13.2 / 2–5</w:t>
      </w:r>
    </w:p>
    <w:p w14:paraId="538CFB2B" w14:textId="282222AE" w:rsidR="00E815AA" w:rsidRDefault="00246292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 xml:space="preserve">(t) = ⟨t, </m:t>
          </m:r>
          <m:r>
            <m:rPr>
              <m:sty m:val="p"/>
            </m:rPr>
            <w:rPr>
              <w:rFonts w:ascii="Cambria Math" w:hAnsi="Cambria Math"/>
            </w:rPr>
            <m:t>cos</m:t>
          </m:r>
          <m:r>
            <w:rPr>
              <w:rFonts w:ascii="Cambria Math" w:hAnsi="Cambria Math"/>
            </w:rPr>
            <m:t xml:space="preserve">(2t), </m:t>
          </m:r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(2t)⟩</m:t>
          </m:r>
        </m:oMath>
      </m:oMathPara>
    </w:p>
    <w:p w14:paraId="628C8AF1" w14:textId="77777777" w:rsidR="00E815AA" w:rsidRDefault="00C0789D">
      <w:pPr>
        <w:spacing w:after="160" w:line="240" w:lineRule="auto"/>
      </w:pPr>
      <w:r>
        <w:t xml:space="preserve">Find </w:t>
      </w:r>
      <w:proofErr w:type="gramStart"/>
      <w:r w:rsidRPr="00246292">
        <w:rPr>
          <w:b/>
          <w:bCs/>
        </w:rPr>
        <w:t>r</w:t>
      </w:r>
      <w:r>
        <w:t>′(</w:t>
      </w:r>
      <w:proofErr w:type="gramEnd"/>
      <w:r>
        <w:t xml:space="preserve">t), </w:t>
      </w:r>
      <w:r w:rsidRPr="00246292">
        <w:rPr>
          <w:b/>
          <w:bCs/>
        </w:rPr>
        <w:t>r</w:t>
      </w:r>
      <w:r>
        <w:t xml:space="preserve">(π/4), and </w:t>
      </w:r>
      <w:r w:rsidRPr="00246292">
        <w:rPr>
          <w:b/>
          <w:bCs/>
        </w:rPr>
        <w:t>r</w:t>
      </w:r>
      <w:r>
        <w:t>′(π/4).</w:t>
      </w:r>
    </w:p>
    <w:p w14:paraId="4F6EBC83" w14:textId="49AD0780" w:rsidR="00E815AA" w:rsidRPr="00246292" w:rsidRDefault="00C0789D">
      <w:pPr>
        <w:spacing w:after="160" w:line="240" w:lineRule="auto"/>
        <w:rPr>
          <w:b/>
          <w:bCs/>
        </w:rPr>
      </w:pPr>
      <w:r>
        <w:br w:type="column"/>
      </w:r>
      <w:r w:rsidR="00246292" w:rsidRPr="00246292">
        <w:rPr>
          <w:b/>
          <w:bCs/>
        </w:rPr>
        <w:t>Interpreting the derivative vector</w:t>
      </w:r>
      <w:r w:rsidR="00246292">
        <w:rPr>
          <w:b/>
          <w:bCs/>
        </w:rPr>
        <w:t xml:space="preserve"> </w:t>
      </w:r>
      <w:r>
        <w:rPr>
          <w:sz w:val="20"/>
        </w:rPr>
        <w:t>HW 13.2 / 2–4</w:t>
      </w:r>
    </w:p>
    <w:p w14:paraId="0981A4CB" w14:textId="7251B56C" w:rsidR="00246292" w:rsidRDefault="00246292">
      <w:pPr>
        <w:spacing w:after="160" w:line="240" w:lineRule="auto"/>
      </w:pPr>
      <w:r>
        <w:t xml:space="preserve">Let’s </w:t>
      </w:r>
      <w:proofErr w:type="gramStart"/>
      <w:r>
        <w:t>take a look</w:t>
      </w:r>
      <w:proofErr w:type="gramEnd"/>
      <w:r>
        <w:t xml:space="preserve"> at this definition bit</w:t>
      </w:r>
      <w:r w:rsidR="001B7F4F">
        <w:t>-</w:t>
      </w:r>
      <w:r>
        <w:t>by</w:t>
      </w:r>
      <w:r w:rsidR="001B7F4F">
        <w:t>-</w:t>
      </w:r>
      <w:r>
        <w:t>bit…</w:t>
      </w:r>
    </w:p>
    <w:p w14:paraId="2D6D7BAA" w14:textId="14358506" w:rsidR="00E815AA" w:rsidRDefault="00246292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>'(t₀) 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h→0</m:t>
                  </m:r>
                  <m:ctrlPr>
                    <w:rPr>
                      <w:rFonts w:ascii="Cambria Math" w:hAnsi="Cambria Math"/>
                      <w:iCs/>
                    </w:rPr>
                  </m:ctrlP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r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+h</m:t>
                      </m:r>
                    </m:e>
                  </m:d>
                  <m:r>
                    <w:rPr>
                      <w:rFonts w:ascii="Cambria Math" w:hAnsi="Cambria Math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r</m:t>
                  </m:r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</w:rPr>
                    <m:t>h</m:t>
                  </m:r>
                </m:den>
              </m:f>
            </m:e>
          </m:func>
        </m:oMath>
      </m:oMathPara>
    </w:p>
    <w:p w14:paraId="5C2DFFC0" w14:textId="77777777" w:rsidR="00E815AA" w:rsidRDefault="00C0789D" w:rsidP="00246292">
      <w:pPr>
        <w:jc w:val="center"/>
      </w:pPr>
      <w:r>
        <w:rPr>
          <w:noProof/>
        </w:rPr>
        <w:drawing>
          <wp:inline distT="0" distB="0" distL="0" distR="0" wp14:anchorId="1A311BCF" wp14:editId="5397F261">
            <wp:extent cx="3302607" cy="2371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3780" cy="239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2D428" w14:textId="77777777" w:rsidR="00E815AA" w:rsidRDefault="00E815AA">
      <w:pPr>
        <w:spacing w:after="400" w:line="20" w:lineRule="exact"/>
      </w:pPr>
    </w:p>
    <w:p w14:paraId="12226386" w14:textId="4094DCE7" w:rsidR="00E815AA" w:rsidRDefault="00C0789D">
      <w:pPr>
        <w:spacing w:after="160" w:line="240" w:lineRule="auto"/>
      </w:pPr>
      <w:r>
        <w:br w:type="column"/>
      </w:r>
      <w:r>
        <w:rPr>
          <w:b/>
          <w:sz w:val="42"/>
        </w:rPr>
        <w:lastRenderedPageBreak/>
        <w:t>Unit tangent vectors</w:t>
      </w:r>
      <w:r w:rsidR="00246292">
        <w:rPr>
          <w:b/>
          <w:sz w:val="42"/>
        </w:rPr>
        <w:t xml:space="preserve"> </w:t>
      </w:r>
      <w:r>
        <w:rPr>
          <w:sz w:val="20"/>
        </w:rPr>
        <w:t>HW 13.2 / 6–7</w:t>
      </w:r>
    </w:p>
    <w:p w14:paraId="4C50C73F" w14:textId="1A847571" w:rsidR="00E815AA" w:rsidRDefault="00246292">
      <w:pPr>
        <w:spacing w:after="160" w:line="240" w:lineRule="auto"/>
      </w:pPr>
      <w:r>
        <w:t xml:space="preserve">The unit tangent vector points in the direction of the </w:t>
      </w:r>
      <w:proofErr w:type="gramStart"/>
      <w:r>
        <w:t>tangent, but</w:t>
      </w:r>
      <w:proofErr w:type="gramEnd"/>
      <w:r>
        <w:t xml:space="preserve"> has length </w:t>
      </w:r>
      <w:proofErr w:type="gramStart"/>
      <w:r>
        <w:t>one.</w:t>
      </w:r>
      <w:r w:rsidR="00C0789D">
        <w:t>.</w:t>
      </w:r>
      <w:proofErr w:type="gramEnd"/>
    </w:p>
    <w:p w14:paraId="51F8A53C" w14:textId="3EEFAA55" w:rsidR="00E815AA" w:rsidRDefault="00246292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</w:rPr>
            <m:t>T</m:t>
          </m:r>
          <m:r>
            <w:rPr>
              <w:rFonts w:ascii="Cambria Math" w:hAnsi="Cambria Math"/>
            </w:rPr>
            <m:t>(t) 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|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r</m:t>
              </m:r>
              <m:r>
                <w:rPr>
                  <w:rFonts w:ascii="Cambria Math" w:hAnsi="Cambria Math"/>
                </w:rPr>
                <m:t>'(t)</m:t>
              </m:r>
              <m:r>
                <w:rPr>
                  <w:rFonts w:ascii="Cambria Math" w:hAnsi="Cambria Math"/>
                </w:rPr>
                <m:t>|</m:t>
              </m:r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70045234" w14:textId="77777777" w:rsidR="00E815AA" w:rsidRPr="00246292" w:rsidRDefault="00C0789D">
      <w:pPr>
        <w:spacing w:after="160" w:line="240" w:lineRule="auto"/>
        <w:rPr>
          <w:bCs/>
          <w:i/>
          <w:iCs/>
        </w:rPr>
      </w:pPr>
      <w:r w:rsidRPr="00246292">
        <w:rPr>
          <w:bCs/>
          <w:i/>
          <w:iCs/>
          <w:sz w:val="42"/>
        </w:rPr>
        <w:t>Entry task continued</w:t>
      </w:r>
    </w:p>
    <w:p w14:paraId="70D286EE" w14:textId="502B7E87" w:rsidR="00E815AA" w:rsidRDefault="00246292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 xml:space="preserve">(t) = ⟨t, </m:t>
          </m:r>
          <m:r>
            <m:rPr>
              <m:sty m:val="p"/>
            </m:rPr>
            <w:rPr>
              <w:rFonts w:ascii="Cambria Math" w:hAnsi="Cambria Math"/>
            </w:rPr>
            <m:t>cos</m:t>
          </m:r>
          <m:r>
            <w:rPr>
              <w:rFonts w:ascii="Cambria Math" w:hAnsi="Cambria Math"/>
            </w:rPr>
            <m:t xml:space="preserve">(2t), </m:t>
          </m:r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(2t)⟩</m:t>
          </m:r>
        </m:oMath>
      </m:oMathPara>
    </w:p>
    <w:p w14:paraId="578F43FB" w14:textId="77777777" w:rsidR="00E815AA" w:rsidRDefault="00C0789D">
      <w:pPr>
        <w:spacing w:after="160" w:line="240" w:lineRule="auto"/>
      </w:pPr>
      <w:r>
        <w:t xml:space="preserve">Find </w:t>
      </w:r>
      <w:r w:rsidRPr="00246292">
        <w:rPr>
          <w:b/>
          <w:bCs/>
        </w:rPr>
        <w:t>T</w:t>
      </w:r>
      <w:r>
        <w:t xml:space="preserve">(t), then evaluate </w:t>
      </w:r>
      <w:r w:rsidRPr="00246292">
        <w:rPr>
          <w:b/>
          <w:bCs/>
        </w:rPr>
        <w:t>T</w:t>
      </w:r>
      <w:r>
        <w:t>(π/4).</w:t>
      </w:r>
    </w:p>
    <w:p w14:paraId="5FB6D50D" w14:textId="77777777" w:rsidR="00205EBE" w:rsidRDefault="00205EBE">
      <w:pPr>
        <w:spacing w:after="160" w:line="240" w:lineRule="auto"/>
      </w:pPr>
    </w:p>
    <w:p w14:paraId="30D7A51F" w14:textId="77777777" w:rsidR="00205EBE" w:rsidRDefault="00205EBE">
      <w:pPr>
        <w:spacing w:after="160" w:line="240" w:lineRule="auto"/>
      </w:pPr>
    </w:p>
    <w:p w14:paraId="2F8D47F8" w14:textId="77777777" w:rsidR="00205EBE" w:rsidRDefault="00205EBE">
      <w:pPr>
        <w:spacing w:after="160" w:line="240" w:lineRule="auto"/>
      </w:pPr>
    </w:p>
    <w:p w14:paraId="223A72D8" w14:textId="77777777" w:rsidR="00205EBE" w:rsidRDefault="00205EBE">
      <w:pPr>
        <w:spacing w:after="160" w:line="240" w:lineRule="auto"/>
      </w:pPr>
    </w:p>
    <w:p w14:paraId="3F999F49" w14:textId="77777777" w:rsidR="00205EBE" w:rsidRDefault="00205EBE">
      <w:pPr>
        <w:spacing w:after="160" w:line="240" w:lineRule="auto"/>
      </w:pPr>
    </w:p>
    <w:p w14:paraId="73578FA3" w14:textId="77777777" w:rsidR="00205EBE" w:rsidRDefault="00205EBE">
      <w:pPr>
        <w:spacing w:after="160" w:line="240" w:lineRule="auto"/>
      </w:pPr>
    </w:p>
    <w:p w14:paraId="6A752335" w14:textId="77777777" w:rsidR="00205EBE" w:rsidRDefault="00205EBE">
      <w:pPr>
        <w:spacing w:after="160" w:line="240" w:lineRule="auto"/>
      </w:pPr>
    </w:p>
    <w:p w14:paraId="36A0C392" w14:textId="77777777" w:rsidR="00205EBE" w:rsidRDefault="00205EBE">
      <w:pPr>
        <w:spacing w:after="160" w:line="240" w:lineRule="auto"/>
      </w:pPr>
    </w:p>
    <w:p w14:paraId="24FF5195" w14:textId="77777777" w:rsidR="00205EBE" w:rsidRPr="00205EBE" w:rsidRDefault="00205EBE">
      <w:pPr>
        <w:spacing w:after="160" w:line="240" w:lineRule="auto"/>
        <w:rPr>
          <w:b/>
          <w:bCs/>
          <w:i/>
          <w:iCs/>
          <w:sz w:val="32"/>
          <w:szCs w:val="32"/>
        </w:rPr>
      </w:pPr>
      <w:r w:rsidRPr="00205EBE">
        <w:rPr>
          <w:b/>
          <w:bCs/>
          <w:i/>
          <w:iCs/>
          <w:sz w:val="32"/>
          <w:szCs w:val="32"/>
        </w:rPr>
        <w:t xml:space="preserve">Cool and Important Side Fact: </w:t>
      </w:r>
    </w:p>
    <w:p w14:paraId="2D25929B" w14:textId="5B855449" w:rsidR="00205EBE" w:rsidRPr="00205EBE" w:rsidRDefault="00205EBE">
      <w:pPr>
        <w:spacing w:after="160" w:line="240" w:lineRule="auto"/>
        <w:rPr>
          <w:sz w:val="32"/>
          <w:szCs w:val="32"/>
        </w:rPr>
      </w:pPr>
      <w:r w:rsidRPr="006F4D83">
        <w:rPr>
          <w:b/>
          <w:bCs/>
          <w:sz w:val="32"/>
          <w:szCs w:val="32"/>
        </w:rPr>
        <w:t>T</w:t>
      </w:r>
      <w:r w:rsidRPr="00205EBE">
        <w:rPr>
          <w:sz w:val="32"/>
          <w:szCs w:val="32"/>
        </w:rPr>
        <w:t xml:space="preserve">(t) and </w:t>
      </w:r>
      <w:r w:rsidRPr="006F4D83">
        <w:rPr>
          <w:b/>
          <w:bCs/>
          <w:sz w:val="32"/>
          <w:szCs w:val="32"/>
        </w:rPr>
        <w:t>T</w:t>
      </w:r>
      <w:r w:rsidRPr="00205EBE">
        <w:rPr>
          <w:sz w:val="32"/>
          <w:szCs w:val="32"/>
        </w:rPr>
        <w:t>’(t) are always perpendicular</w:t>
      </w:r>
    </w:p>
    <w:p w14:paraId="755CB8D8" w14:textId="48295F7A" w:rsidR="00E815AA" w:rsidRDefault="00C0789D">
      <w:pPr>
        <w:spacing w:after="160" w:line="240" w:lineRule="auto"/>
      </w:pPr>
      <w:r>
        <w:br w:type="column"/>
      </w:r>
      <w:r>
        <w:rPr>
          <w:b/>
          <w:sz w:val="42"/>
        </w:rPr>
        <w:t>Tangent lines</w:t>
      </w:r>
      <w:r w:rsidR="00246292">
        <w:rPr>
          <w:b/>
          <w:sz w:val="42"/>
        </w:rPr>
        <w:t xml:space="preserve"> </w:t>
      </w:r>
      <w:r>
        <w:rPr>
          <w:sz w:val="20"/>
        </w:rPr>
        <w:t>HW 13.2 / 8</w:t>
      </w:r>
    </w:p>
    <w:p w14:paraId="012C35ED" w14:textId="77777777" w:rsidR="00E815AA" w:rsidRDefault="00C0789D" w:rsidP="001B7F4F">
      <w:pPr>
        <w:spacing w:after="0" w:line="240" w:lineRule="auto"/>
        <w:ind w:firstLine="720"/>
      </w:pPr>
      <w:r>
        <w:t xml:space="preserve">Step 1: Find the point </w:t>
      </w:r>
      <w:r w:rsidRPr="00246292">
        <w:rPr>
          <w:b/>
          <w:bCs/>
        </w:rPr>
        <w:t>r</w:t>
      </w:r>
      <w:r>
        <w:t>(t₀).</w:t>
      </w:r>
    </w:p>
    <w:p w14:paraId="181D7787" w14:textId="77777777" w:rsidR="00E815AA" w:rsidRDefault="00C0789D" w:rsidP="001B7F4F">
      <w:pPr>
        <w:spacing w:after="0" w:line="240" w:lineRule="auto"/>
        <w:ind w:firstLine="720"/>
      </w:pPr>
      <w:r>
        <w:t xml:space="preserve">Step 2: Find a direction </w:t>
      </w:r>
      <w:r w:rsidRPr="00246292">
        <w:rPr>
          <w:b/>
          <w:bCs/>
        </w:rPr>
        <w:t>r</w:t>
      </w:r>
      <w:r>
        <w:t>′(t₀).</w:t>
      </w:r>
    </w:p>
    <w:p w14:paraId="3D7F32E3" w14:textId="1CDFB1FA" w:rsidR="00E815AA" w:rsidRDefault="00246292" w:rsidP="001B7F4F">
      <w:pPr>
        <w:spacing w:after="0" w:line="240" w:lineRule="auto"/>
      </w:pPr>
      <m:oMathPara>
        <m:oMath>
          <m:r>
            <w:rPr>
              <w:rFonts w:ascii="Cambria Math" w:hAnsi="Cambria Math"/>
            </w:rPr>
            <m:t>&lt;x,y,z&gt; =</m:t>
          </m:r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 xml:space="preserve">(t₀) + </m:t>
          </m:r>
          <m:r>
            <w:rPr>
              <w:rFonts w:ascii="Cambria Math" w:hAnsi="Cambria Math"/>
            </w:rPr>
            <m:t>u</m:t>
          </m:r>
          <m:r>
            <w:rPr>
              <w:rFonts w:ascii="Cambria Math" w:hAnsi="Cambria Math"/>
            </w:rPr>
            <m:t xml:space="preserve"> </m:t>
          </m:r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>'(t₀)</m:t>
          </m:r>
        </m:oMath>
      </m:oMathPara>
    </w:p>
    <w:p w14:paraId="7B5FEDE6" w14:textId="77777777" w:rsidR="00C84484" w:rsidRDefault="00C84484">
      <w:pPr>
        <w:spacing w:after="160" w:line="240" w:lineRule="auto"/>
        <w:rPr>
          <w:bCs/>
          <w:i/>
          <w:iCs/>
          <w:sz w:val="42"/>
        </w:rPr>
      </w:pPr>
    </w:p>
    <w:p w14:paraId="17E82C8D" w14:textId="43A9E0C7" w:rsidR="00E815AA" w:rsidRDefault="00C0789D">
      <w:pPr>
        <w:spacing w:after="160" w:line="240" w:lineRule="auto"/>
        <w:rPr>
          <w:bCs/>
          <w:i/>
          <w:iCs/>
          <w:sz w:val="42"/>
        </w:rPr>
      </w:pPr>
      <w:r w:rsidRPr="00246292">
        <w:rPr>
          <w:bCs/>
          <w:i/>
          <w:iCs/>
          <w:sz w:val="42"/>
        </w:rPr>
        <w:t>continued</w:t>
      </w:r>
      <w:r w:rsidR="00246292">
        <w:rPr>
          <w:bCs/>
          <w:i/>
          <w:iCs/>
          <w:sz w:val="42"/>
        </w:rPr>
        <w:t xml:space="preserve"> (again)</w:t>
      </w:r>
    </w:p>
    <w:p w14:paraId="2117767F" w14:textId="77777777" w:rsidR="001B7F4F" w:rsidRDefault="001B7F4F" w:rsidP="001B7F4F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 xml:space="preserve">(t) = ⟨t, </m:t>
          </m:r>
          <m:r>
            <m:rPr>
              <m:sty m:val="p"/>
            </m:rPr>
            <w:rPr>
              <w:rFonts w:ascii="Cambria Math" w:hAnsi="Cambria Math"/>
            </w:rPr>
            <m:t>cos</m:t>
          </m:r>
          <m:r>
            <w:rPr>
              <w:rFonts w:ascii="Cambria Math" w:hAnsi="Cambria Math"/>
            </w:rPr>
            <m:t xml:space="preserve">(2t), </m:t>
          </m:r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(2t)⟩</m:t>
          </m:r>
        </m:oMath>
      </m:oMathPara>
    </w:p>
    <w:p w14:paraId="4101E78D" w14:textId="77777777" w:rsidR="00E815AA" w:rsidRDefault="00C0789D">
      <w:pPr>
        <w:spacing w:after="160" w:line="240" w:lineRule="auto"/>
      </w:pPr>
      <w:r>
        <w:t>Find parametric equations for the tangent line at t = π/4.</w:t>
      </w:r>
    </w:p>
    <w:p w14:paraId="5BB6B4F1" w14:textId="0818929C" w:rsidR="00E815AA" w:rsidRPr="001B7F4F" w:rsidRDefault="00C0789D">
      <w:pPr>
        <w:spacing w:after="160" w:line="240" w:lineRule="auto"/>
        <w:rPr>
          <w:b/>
          <w:bCs/>
          <w:sz w:val="40"/>
          <w:szCs w:val="40"/>
        </w:rPr>
      </w:pPr>
      <w:r>
        <w:br w:type="column"/>
      </w:r>
      <w:r w:rsidRPr="001B7F4F">
        <w:rPr>
          <w:b/>
          <w:bCs/>
          <w:sz w:val="40"/>
          <w:szCs w:val="40"/>
        </w:rPr>
        <w:lastRenderedPageBreak/>
        <w:t>Winter 2015 Exam 1 — Loveless</w:t>
      </w:r>
    </w:p>
    <w:p w14:paraId="0B4858D9" w14:textId="77777777" w:rsidR="00E815AA" w:rsidRDefault="00C0789D">
      <w:pPr>
        <w:spacing w:after="160" w:line="240" w:lineRule="auto"/>
      </w:pPr>
      <m:oMathPara>
        <m:oMath>
          <m:r>
            <w:rPr>
              <w:rFonts w:ascii="Cambria Math" w:hAnsi="Cambria Math"/>
            </w:rPr>
            <m:t>x = 2t,   y = 5,   z = t² - 10t</m:t>
          </m:r>
        </m:oMath>
      </m:oMathPara>
    </w:p>
    <w:p w14:paraId="19467EDA" w14:textId="77777777" w:rsidR="00C84484" w:rsidRDefault="00C0789D" w:rsidP="00C84484">
      <w:pPr>
        <w:pStyle w:val="ListParagraph"/>
        <w:numPr>
          <w:ilvl w:val="0"/>
          <w:numId w:val="20"/>
        </w:numPr>
        <w:spacing w:after="160" w:line="240" w:lineRule="auto"/>
      </w:pPr>
      <w:r>
        <w:t xml:space="preserve">There is one point on the curve at which the tangent line is parallel to the </w:t>
      </w:r>
      <w:proofErr w:type="spellStart"/>
      <w:r>
        <w:t>xy</w:t>
      </w:r>
      <w:proofErr w:type="spellEnd"/>
      <w:r>
        <w:t xml:space="preserve">-plane. </w:t>
      </w:r>
    </w:p>
    <w:p w14:paraId="71852165" w14:textId="229DC2CA" w:rsidR="00E815AA" w:rsidRDefault="00C0789D" w:rsidP="00C84484">
      <w:pPr>
        <w:pStyle w:val="ListParagraph"/>
        <w:spacing w:after="160" w:line="240" w:lineRule="auto"/>
        <w:ind w:left="1080"/>
      </w:pPr>
      <w:r>
        <w:t>Find the tangent line at this point.</w:t>
      </w:r>
    </w:p>
    <w:p w14:paraId="1B5F121C" w14:textId="77777777" w:rsidR="00E815AA" w:rsidRDefault="00E815AA">
      <w:pPr>
        <w:spacing w:after="3200" w:line="20" w:lineRule="exact"/>
      </w:pPr>
    </w:p>
    <w:p w14:paraId="1B17561E" w14:textId="77777777" w:rsidR="00C84484" w:rsidRDefault="00C84484">
      <w:pPr>
        <w:spacing w:after="3200" w:line="20" w:lineRule="exact"/>
      </w:pPr>
    </w:p>
    <w:p w14:paraId="29153359" w14:textId="77777777" w:rsidR="00C84484" w:rsidRDefault="00C84484">
      <w:pPr>
        <w:spacing w:after="3200" w:line="20" w:lineRule="exact"/>
      </w:pPr>
    </w:p>
    <w:p w14:paraId="01AE8D92" w14:textId="31BD1A2D" w:rsidR="00E815AA" w:rsidRDefault="00C0789D" w:rsidP="001B7F4F">
      <w:pPr>
        <w:spacing w:after="160" w:line="240" w:lineRule="auto"/>
      </w:pPr>
      <w:r w:rsidRPr="001B7F4F">
        <w:rPr>
          <w:bCs/>
          <w:i/>
          <w:iCs/>
          <w:sz w:val="42"/>
        </w:rPr>
        <w:t>Angles of intersection</w:t>
      </w:r>
      <w:r w:rsidR="00246292">
        <w:t xml:space="preserve"> </w:t>
      </w:r>
      <w:r>
        <w:rPr>
          <w:sz w:val="20"/>
        </w:rPr>
        <w:t>HW 13.2 / 9–10</w:t>
      </w:r>
    </w:p>
    <w:p w14:paraId="0F8080D1" w14:textId="77777777" w:rsidR="00C84484" w:rsidRDefault="00C84484">
      <w:pPr>
        <w:spacing w:after="400" w:line="20" w:lineRule="exact"/>
      </w:pPr>
    </w:p>
    <w:p w14:paraId="78AB68E3" w14:textId="3D9870A2" w:rsidR="00C84484" w:rsidRPr="001B7F4F" w:rsidRDefault="00C0789D" w:rsidP="00C84484">
      <w:pPr>
        <w:pStyle w:val="ListParagraph"/>
        <w:numPr>
          <w:ilvl w:val="0"/>
          <w:numId w:val="20"/>
        </w:numPr>
        <w:spacing w:after="160" w:line="240" w:lineRule="auto"/>
        <w:ind w:left="540" w:hanging="630"/>
        <w:rPr>
          <w:sz w:val="36"/>
          <w:szCs w:val="36"/>
        </w:rPr>
      </w:pPr>
      <w:r>
        <w:t xml:space="preserve">Find the angle of intersection of </w:t>
      </w:r>
      <w:r w:rsidR="00246292" w:rsidRPr="00C84484">
        <w:rPr>
          <w:rFonts w:ascii="Cambria Math" w:hAnsi="Cambria Math"/>
          <w:i/>
        </w:rPr>
        <w:br/>
      </w:r>
      <m:oMath>
        <m:r>
          <w:rPr>
            <w:rFonts w:ascii="Cambria Math" w:hAnsi="Cambria Math"/>
            <w:sz w:val="36"/>
            <w:szCs w:val="36"/>
          </w:rPr>
          <m:t>x=2t, y</m:t>
        </m:r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hAnsi="Cambria Math"/>
            <w:sz w:val="36"/>
            <w:szCs w:val="36"/>
          </w:rPr>
          <m:t>5, z</m:t>
        </m:r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hAnsi="Cambria Math"/>
            <w:sz w:val="36"/>
            <w:szCs w:val="36"/>
          </w:rPr>
          <m:t>t²-10t</m:t>
        </m:r>
      </m:oMath>
      <w:r w:rsidR="00C84484" w:rsidRPr="001B7F4F">
        <w:rPr>
          <w:rFonts w:ascii="Cambria Math" w:hAnsi="Cambria Math"/>
          <w:i/>
          <w:sz w:val="36"/>
          <w:szCs w:val="36"/>
        </w:rPr>
        <w:t xml:space="preserve"> </w:t>
      </w:r>
    </w:p>
    <w:p w14:paraId="7915712D" w14:textId="75B34001" w:rsidR="00C84484" w:rsidRPr="001B7F4F" w:rsidRDefault="00C84484" w:rsidP="00C84484">
      <w:pPr>
        <w:pStyle w:val="ListParagraph"/>
        <w:spacing w:after="160" w:line="240" w:lineRule="auto"/>
        <w:ind w:left="1980" w:firstLine="180"/>
        <w:rPr>
          <w:sz w:val="36"/>
          <w:szCs w:val="36"/>
        </w:rPr>
      </w:pPr>
      <w:r w:rsidRPr="001B7F4F">
        <w:rPr>
          <w:rFonts w:ascii="Cambria Math" w:hAnsi="Cambria Math"/>
          <w:i/>
          <w:sz w:val="36"/>
          <w:szCs w:val="36"/>
        </w:rPr>
        <w:t xml:space="preserve"> </w:t>
      </w:r>
      <w:r w:rsidR="00246292" w:rsidRPr="001B7F4F">
        <w:rPr>
          <w:sz w:val="36"/>
          <w:szCs w:val="36"/>
        </w:rPr>
        <w:t>and</w:t>
      </w:r>
      <w:r w:rsidRPr="001B7F4F">
        <w:rPr>
          <w:sz w:val="36"/>
          <w:szCs w:val="36"/>
        </w:rPr>
        <w:t xml:space="preserve"> </w:t>
      </w:r>
    </w:p>
    <w:p w14:paraId="7FCF2F72" w14:textId="287DAAC7" w:rsidR="00E815AA" w:rsidRPr="001B7F4F" w:rsidRDefault="00C0789D">
      <w:pPr>
        <w:spacing w:after="160" w:line="240" w:lineRule="auto"/>
        <w:rPr>
          <w:sz w:val="36"/>
          <w:szCs w:val="36"/>
        </w:rPr>
      </w:pPr>
      <m:oMath>
        <m:r>
          <w:rPr>
            <w:rFonts w:ascii="Cambria Math" w:hAnsi="Cambria Math"/>
            <w:sz w:val="36"/>
            <w:szCs w:val="36"/>
          </w:rPr>
          <m:t>x=7+u,  y</m:t>
        </m:r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hAnsi="Cambria Math"/>
            <w:sz w:val="36"/>
            <w:szCs w:val="36"/>
          </w:rPr>
          <m:t>2u+11,</m:t>
        </m:r>
      </m:oMath>
      <w:r w:rsidR="00246292" w:rsidRPr="001B7F4F">
        <w:rPr>
          <w:sz w:val="36"/>
          <w:szCs w:val="36"/>
        </w:rPr>
        <w:t xml:space="preserve"> </w:t>
      </w:r>
      <m:oMath>
        <m:r>
          <w:rPr>
            <w:rFonts w:ascii="Cambria Math" w:hAnsi="Cambria Math"/>
            <w:sz w:val="36"/>
            <w:szCs w:val="36"/>
          </w:rPr>
          <m:t>z=u²+u-22.</m:t>
        </m:r>
      </m:oMath>
    </w:p>
    <w:p w14:paraId="58988B83" w14:textId="2C3D8B5A" w:rsidR="00E815AA" w:rsidRDefault="00C0789D">
      <w:pPr>
        <w:spacing w:after="160" w:line="240" w:lineRule="auto"/>
      </w:pPr>
      <w:r>
        <w:br w:type="column"/>
      </w:r>
      <w:r w:rsidR="00C84484" w:rsidRPr="00C84484">
        <w:rPr>
          <w:b/>
          <w:bCs/>
        </w:rPr>
        <w:lastRenderedPageBreak/>
        <w:t>I</w:t>
      </w:r>
      <w:r>
        <w:rPr>
          <w:b/>
          <w:sz w:val="42"/>
        </w:rPr>
        <w:t>ntegrate component-wise</w:t>
      </w:r>
      <w:r w:rsidR="00246292">
        <w:t xml:space="preserve"> </w:t>
      </w:r>
      <w:r>
        <w:rPr>
          <w:sz w:val="20"/>
        </w:rPr>
        <w:t>HW 13.2 / 11</w:t>
      </w:r>
    </w:p>
    <w:p w14:paraId="2A98EAC2" w14:textId="1D897DB9" w:rsidR="00E815AA" w:rsidRPr="00246292" w:rsidRDefault="00246292">
      <w:pPr>
        <w:spacing w:after="160" w:line="240" w:lineRule="auto"/>
        <w:rPr>
          <w:sz w:val="32"/>
          <w:szCs w:val="32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dt</m:t>
              </m:r>
            </m:e>
          </m:nary>
          <m:r>
            <w:rPr>
              <w:rFonts w:ascii="Cambria Math" w:hAnsi="Cambria Math"/>
              <w:sz w:val="32"/>
              <w:szCs w:val="32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x'(t)dt</m:t>
                  </m:r>
                </m:e>
              </m:nary>
              <m:r>
                <w:rPr>
                  <w:rFonts w:ascii="Cambria Math" w:hAnsi="Cambria Math"/>
                  <w:sz w:val="32"/>
                  <w:szCs w:val="32"/>
                </w:rPr>
                <m:t>,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y</m:t>
                  </m:r>
                  <m:r>
                    <w:rPr>
                      <w:rFonts w:ascii="Cambria Math" w:hAnsi="Cambria Math"/>
                      <w:sz w:val="32"/>
                      <w:szCs w:val="32"/>
                    </w:rPr>
                    <m:t>'(t)dt</m:t>
                  </m:r>
                </m:e>
              </m:nary>
              <m:r>
                <w:rPr>
                  <w:rFonts w:ascii="Cambria Math" w:hAnsi="Cambria Math"/>
                  <w:sz w:val="32"/>
                  <w:szCs w:val="32"/>
                </w:rPr>
                <m:t xml:space="preserve">, 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z</m:t>
                  </m:r>
                  <m:r>
                    <w:rPr>
                      <w:rFonts w:ascii="Cambria Math" w:hAnsi="Cambria Math"/>
                      <w:sz w:val="32"/>
                      <w:szCs w:val="32"/>
                    </w:rPr>
                    <m:t>'(t)dt</m:t>
                  </m:r>
                </m:e>
              </m:nary>
            </m:e>
          </m:d>
        </m:oMath>
      </m:oMathPara>
    </w:p>
    <w:p w14:paraId="4772D0A5" w14:textId="59FEC0C7" w:rsidR="00E815AA" w:rsidRDefault="00C0789D">
      <w:pPr>
        <w:spacing w:after="160" w:line="240" w:lineRule="auto"/>
      </w:pPr>
      <w:r>
        <w:t>Each component has its own constant. Use the initial position to find all three constants.</w:t>
      </w:r>
      <w:r w:rsidR="00C84484">
        <w:t xml:space="preserve">  We will discuss this more </w:t>
      </w:r>
      <w:proofErr w:type="gramStart"/>
      <w:r w:rsidR="00C84484">
        <w:t>in</w:t>
      </w:r>
      <w:proofErr w:type="gramEnd"/>
      <w:r w:rsidR="00C84484">
        <w:t xml:space="preserve"> 13.4.</w:t>
      </w:r>
    </w:p>
    <w:p w14:paraId="1ABB1E50" w14:textId="77777777" w:rsidR="00E815AA" w:rsidRDefault="00E815AA">
      <w:pPr>
        <w:spacing w:after="400" w:line="20" w:lineRule="exact"/>
      </w:pPr>
    </w:p>
    <w:p w14:paraId="1786AAC6" w14:textId="2CEF9BDA" w:rsidR="00E815AA" w:rsidRDefault="00C0789D">
      <w:pPr>
        <w:spacing w:after="160" w:line="240" w:lineRule="auto"/>
      </w:pPr>
      <w:r>
        <w:rPr>
          <w:b/>
          <w:sz w:val="42"/>
        </w:rPr>
        <w:t>Example</w:t>
      </w:r>
    </w:p>
    <w:p w14:paraId="24521AE4" w14:textId="0BDD11DD" w:rsidR="00E815AA" w:rsidRDefault="00C84484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 xml:space="preserve">'(t) = ⟨e³ᵗ, t⁴, t </m:t>
          </m:r>
          <m:r>
            <m:rPr>
              <m:sty m:val="p"/>
            </m:rPr>
            <w:rPr>
              <w:rFonts w:ascii="Cambria Math" w:hAnsi="Cambria Math"/>
            </w:rPr>
            <m:t>sin</m:t>
          </m:r>
          <m:r>
            <w:rPr>
              <w:rFonts w:ascii="Cambria Math" w:hAnsi="Cambria Math"/>
            </w:rPr>
            <m:t>(t)⟩</m:t>
          </m:r>
        </m:oMath>
      </m:oMathPara>
    </w:p>
    <w:p w14:paraId="7CDE4FB3" w14:textId="1C196779" w:rsidR="00E815AA" w:rsidRDefault="00C84484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</w:rPr>
            <m:t>r</m:t>
          </m:r>
          <m:r>
            <w:rPr>
              <w:rFonts w:ascii="Cambria Math" w:hAnsi="Cambria Math"/>
            </w:rPr>
            <m:t>(0) = ⟨1, 3, -2⟩</m:t>
          </m:r>
        </m:oMath>
      </m:oMathPara>
    </w:p>
    <w:p w14:paraId="77A4930A" w14:textId="77777777" w:rsidR="00E815AA" w:rsidRDefault="00C0789D">
      <w:pPr>
        <w:spacing w:after="160" w:line="240" w:lineRule="auto"/>
      </w:pPr>
      <w:r>
        <w:t xml:space="preserve">Find </w:t>
      </w:r>
      <w:r w:rsidRPr="00C84484">
        <w:rPr>
          <w:b/>
          <w:bCs/>
        </w:rPr>
        <w:t>r</w:t>
      </w:r>
      <w:r>
        <w:t>(t).</w:t>
      </w:r>
    </w:p>
    <w:p w14:paraId="39B3251F" w14:textId="77777777" w:rsidR="00C84484" w:rsidRDefault="00C84484">
      <w:pPr>
        <w:spacing w:after="160" w:line="240" w:lineRule="auto"/>
      </w:pPr>
    </w:p>
    <w:p w14:paraId="31030C5D" w14:textId="77777777" w:rsidR="00C84484" w:rsidRDefault="00C84484">
      <w:pPr>
        <w:spacing w:after="160" w:line="240" w:lineRule="auto"/>
      </w:pPr>
    </w:p>
    <w:p w14:paraId="1C8901B7" w14:textId="77777777" w:rsidR="00C84484" w:rsidRDefault="00C84484">
      <w:pPr>
        <w:spacing w:after="160" w:line="240" w:lineRule="auto"/>
      </w:pPr>
    </w:p>
    <w:p w14:paraId="3A151005" w14:textId="77777777" w:rsidR="00C84484" w:rsidRDefault="00C84484">
      <w:pPr>
        <w:spacing w:after="160" w:line="240" w:lineRule="auto"/>
      </w:pPr>
    </w:p>
    <w:p w14:paraId="0BD85BB0" w14:textId="77777777" w:rsidR="00C84484" w:rsidRDefault="00C84484">
      <w:pPr>
        <w:spacing w:after="160" w:line="240" w:lineRule="auto"/>
      </w:pPr>
    </w:p>
    <w:p w14:paraId="3411F874" w14:textId="77777777" w:rsidR="00C84484" w:rsidRDefault="00C84484">
      <w:pPr>
        <w:spacing w:after="160" w:line="240" w:lineRule="auto"/>
      </w:pPr>
    </w:p>
    <w:p w14:paraId="1FCD59BD" w14:textId="77777777" w:rsidR="00C84484" w:rsidRDefault="00C84484">
      <w:pPr>
        <w:spacing w:after="160" w:line="240" w:lineRule="auto"/>
      </w:pPr>
    </w:p>
    <w:p w14:paraId="0B03916C" w14:textId="77777777" w:rsidR="00C84484" w:rsidRDefault="00C84484">
      <w:pPr>
        <w:spacing w:after="160" w:line="240" w:lineRule="auto"/>
      </w:pPr>
    </w:p>
    <w:p w14:paraId="3745312F" w14:textId="77777777" w:rsidR="00C84484" w:rsidRDefault="00C84484">
      <w:pPr>
        <w:spacing w:after="160" w:line="240" w:lineRule="auto"/>
      </w:pPr>
    </w:p>
    <w:p w14:paraId="6D24424D" w14:textId="77777777" w:rsidR="00C84484" w:rsidRDefault="00C84484">
      <w:pPr>
        <w:spacing w:after="160" w:line="240" w:lineRule="auto"/>
      </w:pPr>
    </w:p>
    <w:p w14:paraId="489227CA" w14:textId="77777777" w:rsidR="00C84484" w:rsidRDefault="00C84484">
      <w:pPr>
        <w:spacing w:after="160" w:line="240" w:lineRule="auto"/>
      </w:pPr>
    </w:p>
    <w:p w14:paraId="59D9EA68" w14:textId="77777777" w:rsidR="00C84484" w:rsidRDefault="00C84484">
      <w:pPr>
        <w:spacing w:after="160" w:line="240" w:lineRule="auto"/>
      </w:pPr>
    </w:p>
    <w:p w14:paraId="30AE13DB" w14:textId="77777777" w:rsidR="00C84484" w:rsidRDefault="00C84484">
      <w:pPr>
        <w:spacing w:after="160" w:line="240" w:lineRule="auto"/>
      </w:pPr>
    </w:p>
    <w:p w14:paraId="2CC3397A" w14:textId="77777777" w:rsidR="00C84484" w:rsidRDefault="00C84484">
      <w:pPr>
        <w:spacing w:after="160" w:line="240" w:lineRule="auto"/>
      </w:pPr>
    </w:p>
    <w:p w14:paraId="5FBD093B" w14:textId="77777777" w:rsidR="00C84484" w:rsidRDefault="00C84484">
      <w:pPr>
        <w:spacing w:after="160" w:line="240" w:lineRule="auto"/>
      </w:pPr>
    </w:p>
    <w:p w14:paraId="2007224C" w14:textId="77777777" w:rsidR="00C84484" w:rsidRDefault="00C84484">
      <w:pPr>
        <w:spacing w:after="160" w:line="240" w:lineRule="auto"/>
      </w:pPr>
    </w:p>
    <w:p w14:paraId="506C4DF4" w14:textId="77777777" w:rsidR="00C84484" w:rsidRDefault="00C84484">
      <w:pPr>
        <w:spacing w:after="160" w:line="240" w:lineRule="auto"/>
      </w:pPr>
    </w:p>
    <w:p w14:paraId="5F7F2E0B" w14:textId="77777777" w:rsidR="00C84484" w:rsidRDefault="00C84484">
      <w:pPr>
        <w:spacing w:after="160" w:line="240" w:lineRule="auto"/>
      </w:pPr>
    </w:p>
    <w:p w14:paraId="4991D39A" w14:textId="77777777" w:rsidR="00C84484" w:rsidRDefault="00C84484">
      <w:pPr>
        <w:spacing w:after="160" w:line="240" w:lineRule="auto"/>
      </w:pPr>
    </w:p>
    <w:p w14:paraId="25CE3324" w14:textId="77777777" w:rsidR="00C84484" w:rsidRDefault="00C84484">
      <w:pPr>
        <w:spacing w:after="160" w:line="240" w:lineRule="auto"/>
      </w:pPr>
    </w:p>
    <w:p w14:paraId="1BDCADB4" w14:textId="77777777" w:rsidR="00C84484" w:rsidRDefault="00C84484">
      <w:pPr>
        <w:spacing w:after="160" w:line="240" w:lineRule="auto"/>
      </w:pPr>
    </w:p>
    <w:p w14:paraId="3CF3D21D" w14:textId="77777777" w:rsidR="00C84484" w:rsidRDefault="00C84484">
      <w:pPr>
        <w:spacing w:after="160" w:line="240" w:lineRule="auto"/>
      </w:pPr>
    </w:p>
    <w:p w14:paraId="05A869EF" w14:textId="77777777" w:rsidR="00C84484" w:rsidRDefault="00C84484">
      <w:pPr>
        <w:spacing w:after="160" w:line="240" w:lineRule="auto"/>
      </w:pPr>
    </w:p>
    <w:p w14:paraId="4F2C2855" w14:textId="77777777" w:rsidR="00C84484" w:rsidRDefault="00C84484">
      <w:pPr>
        <w:spacing w:after="160" w:line="240" w:lineRule="auto"/>
      </w:pPr>
    </w:p>
    <w:p w14:paraId="22528272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  <w:r w:rsidRPr="000D3724">
        <w:rPr>
          <w:b/>
          <w:noProof/>
          <w:sz w:val="40"/>
          <w:szCs w:val="40"/>
          <w:u w:val="single"/>
        </w:rPr>
        <w:lastRenderedPageBreak/>
        <w:drawing>
          <wp:anchor distT="0" distB="0" distL="114300" distR="114300" simplePos="0" relativeHeight="251659264" behindDoc="0" locked="0" layoutInCell="1" allowOverlap="1" wp14:anchorId="129ED347" wp14:editId="721C0216">
            <wp:simplePos x="0" y="0"/>
            <wp:positionH relativeFrom="column">
              <wp:posOffset>3679507</wp:posOffset>
            </wp:positionH>
            <wp:positionV relativeFrom="paragraph">
              <wp:posOffset>-3175</wp:posOffset>
            </wp:positionV>
            <wp:extent cx="5781446" cy="258127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446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3724">
        <w:rPr>
          <w:b/>
          <w:sz w:val="40"/>
          <w:szCs w:val="40"/>
          <w:u w:val="single"/>
        </w:rPr>
        <w:t xml:space="preserve">Derivatives </w:t>
      </w:r>
      <w:r>
        <w:rPr>
          <w:b/>
          <w:sz w:val="40"/>
          <w:szCs w:val="40"/>
          <w:u w:val="single"/>
        </w:rPr>
        <w:t xml:space="preserve">Quick </w:t>
      </w:r>
      <w:r w:rsidRPr="000D3724">
        <w:rPr>
          <w:b/>
          <w:sz w:val="40"/>
          <w:szCs w:val="40"/>
          <w:u w:val="single"/>
        </w:rPr>
        <w:t>Review</w:t>
      </w:r>
    </w:p>
    <w:p w14:paraId="52632342" w14:textId="77777777" w:rsidR="00C84484" w:rsidRDefault="00C84484" w:rsidP="00C84484">
      <w:pPr>
        <w:spacing w:after="0" w:line="240" w:lineRule="auto"/>
        <w:rPr>
          <w:sz w:val="40"/>
          <w:szCs w:val="40"/>
        </w:rPr>
      </w:pPr>
      <w:r w:rsidRPr="000D3724">
        <w:rPr>
          <w:i/>
          <w:sz w:val="40"/>
          <w:szCs w:val="40"/>
        </w:rPr>
        <w:t>A basic example</w:t>
      </w:r>
      <w:r>
        <w:rPr>
          <w:i/>
          <w:sz w:val="40"/>
          <w:szCs w:val="40"/>
        </w:rPr>
        <w:t xml:space="preserve">: </w:t>
      </w:r>
      <w:r>
        <w:rPr>
          <w:sz w:val="40"/>
          <w:szCs w:val="40"/>
        </w:rPr>
        <w:t xml:space="preserve">Write down </w:t>
      </w:r>
    </w:p>
    <w:p w14:paraId="404C7EA2" w14:textId="77777777" w:rsidR="00C84484" w:rsidRDefault="00C84484" w:rsidP="00C8448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the derivative of</w:t>
      </w:r>
    </w:p>
    <w:p w14:paraId="51A2D6A8" w14:textId="77777777" w:rsidR="00C84484" w:rsidRPr="000D3724" w:rsidRDefault="00C84484" w:rsidP="00C84484">
      <w:pPr>
        <w:spacing w:after="0" w:line="240" w:lineRule="auto"/>
        <w:rPr>
          <w:sz w:val="40"/>
          <w:szCs w:val="4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40"/>
              <w:szCs w:val="40"/>
            </w:rPr>
            <m:t>g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hAnsi="Cambria Math"/>
                  <w:sz w:val="40"/>
                  <w:szCs w:val="40"/>
                </w:rPr>
                <m:t>x</m:t>
              </m:r>
            </m:e>
          </m:d>
          <m:r>
            <w:rPr>
              <w:rFonts w:ascii="Cambria Math" w:hAnsi="Cambria Math"/>
              <w:sz w:val="40"/>
              <w:szCs w:val="40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  <w:szCs w:val="40"/>
                </w:rPr>
                <m:t>x</m:t>
              </m:r>
            </m:e>
            <m:sup>
              <m:r>
                <w:rPr>
                  <w:rFonts w:ascii="Cambria Math" w:hAnsi="Cambria Math"/>
                  <w:sz w:val="40"/>
                  <w:szCs w:val="40"/>
                </w:rPr>
                <m:t>3</m:t>
              </m:r>
            </m:sup>
          </m:sSup>
          <m:func>
            <m:func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40"/>
                  <w:szCs w:val="40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2x</m:t>
                  </m:r>
                </m:e>
              </m:d>
            </m:e>
          </m:func>
          <m:r>
            <w:rPr>
              <w:rFonts w:ascii="Cambria Math" w:hAnsi="Cambria Math"/>
              <w:sz w:val="40"/>
              <w:szCs w:val="40"/>
            </w:rPr>
            <m:t>+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1+e</m:t>
                  </m:r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3x</m:t>
                  </m:r>
                </m:sup>
              </m:sSup>
            </m:e>
          </m:rad>
        </m:oMath>
      </m:oMathPara>
    </w:p>
    <w:p w14:paraId="6F11C1A5" w14:textId="77777777" w:rsidR="00C84484" w:rsidRDefault="00C84484" w:rsidP="00C84484">
      <w:pPr>
        <w:spacing w:after="0" w:line="240" w:lineRule="auto"/>
        <w:rPr>
          <w:sz w:val="40"/>
          <w:szCs w:val="40"/>
        </w:rPr>
      </w:pPr>
    </w:p>
    <w:p w14:paraId="173ED63F" w14:textId="77777777" w:rsidR="00C84484" w:rsidRDefault="00C84484" w:rsidP="00C84484">
      <w:pPr>
        <w:spacing w:after="0" w:line="240" w:lineRule="auto"/>
        <w:rPr>
          <w:sz w:val="40"/>
          <w:szCs w:val="40"/>
        </w:rPr>
      </w:pPr>
    </w:p>
    <w:p w14:paraId="60ADF9BD" w14:textId="77777777" w:rsidR="00C84484" w:rsidRDefault="00C84484" w:rsidP="00C84484">
      <w:pPr>
        <w:spacing w:after="0" w:line="240" w:lineRule="auto"/>
        <w:rPr>
          <w:sz w:val="40"/>
          <w:szCs w:val="40"/>
        </w:rPr>
      </w:pPr>
    </w:p>
    <w:p w14:paraId="0D52B31C" w14:textId="77777777" w:rsidR="00C84484" w:rsidRPr="000D3724" w:rsidRDefault="00C84484" w:rsidP="00C84484">
      <w:pPr>
        <w:spacing w:after="0" w:line="240" w:lineRule="auto"/>
        <w:rPr>
          <w:sz w:val="40"/>
          <w:szCs w:val="40"/>
        </w:rPr>
      </w:pPr>
    </w:p>
    <w:p w14:paraId="38ADFEC8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  <w:r w:rsidRPr="000D3724">
        <w:rPr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890825" wp14:editId="08D07F5C">
                <wp:simplePos x="0" y="0"/>
                <wp:positionH relativeFrom="column">
                  <wp:posOffset>3941445</wp:posOffset>
                </wp:positionH>
                <wp:positionV relativeFrom="paragraph">
                  <wp:posOffset>78740</wp:posOffset>
                </wp:positionV>
                <wp:extent cx="5490845" cy="714375"/>
                <wp:effectExtent l="0" t="0" r="14605" b="2857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255B2" w14:textId="77777777" w:rsidR="00C84484" w:rsidRPr="000D3724" w:rsidRDefault="00C84484" w:rsidP="00C84484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t xml:space="preserve">From my Calculus 1 Fact Sheet: </w:t>
                            </w:r>
                            <w:hyperlink r:id="rId10" w:history="1">
                              <w:r w:rsidRPr="00945240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math.washington.edu/~aloveles/Math126Materials/CalculusFactSheet2.pdf</w:t>
                              </w:r>
                            </w:hyperlink>
                          </w:p>
                          <w:p w14:paraId="2E9E2D0F" w14:textId="77777777" w:rsidR="00C84484" w:rsidRDefault="00C84484" w:rsidP="00C844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908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0.35pt;margin-top:6.2pt;width:432.35pt;height:5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">
                <v:textbox>
                  <w:txbxContent>
                    <w:p w14:paraId="020255B2" w14:textId="77777777" w:rsidR="00C84484" w:rsidRPr="000D3724" w:rsidRDefault="00C84484" w:rsidP="00C84484">
                      <w:pPr>
                        <w:spacing w:after="0" w:line="240" w:lineRule="auto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t xml:space="preserve">From my Calculus 1 Fact Sheet: </w:t>
                      </w:r>
                      <w:hyperlink r:id="rId11" w:history="1">
                        <w:r w:rsidRPr="00945240">
                          <w:rPr>
                            <w:rStyle w:val="Hyperlink"/>
                            <w:sz w:val="24"/>
                            <w:szCs w:val="24"/>
                          </w:rPr>
                          <w:t>math.washington.edu/~aloveles/Math126Materials/CalculusFactSheet2.pdf</w:t>
                        </w:r>
                      </w:hyperlink>
                    </w:p>
                    <w:p w14:paraId="2E9E2D0F" w14:textId="77777777" w:rsidR="00C84484" w:rsidRDefault="00C84484" w:rsidP="00C84484"/>
                  </w:txbxContent>
                </v:textbox>
                <w10:wrap type="square"/>
              </v:shape>
            </w:pict>
          </mc:Fallback>
        </mc:AlternateContent>
      </w:r>
    </w:p>
    <w:p w14:paraId="06140EAF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4A8402C0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456A5BE9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1C54E385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7FA9320A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18F1A9D6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0A0D487E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3AA2C3C5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113D26AC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7201609C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39E42F7E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01FEC121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2543C5FD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340F3AD4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47509F2C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7AF731C0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783C79A0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4312D81A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44F9235A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24CE1F98" w14:textId="77777777" w:rsidR="00C84484" w:rsidRDefault="00C84484" w:rsidP="00C84484">
      <w:pPr>
        <w:spacing w:after="0" w:line="240" w:lineRule="auto"/>
        <w:rPr>
          <w:b/>
          <w:sz w:val="40"/>
          <w:szCs w:val="40"/>
          <w:u w:val="single"/>
        </w:rPr>
      </w:pPr>
    </w:p>
    <w:p w14:paraId="59BA9839" w14:textId="77777777" w:rsidR="00C84484" w:rsidRDefault="00C84484">
      <w:pPr>
        <w:spacing w:after="160" w:line="240" w:lineRule="auto"/>
      </w:pPr>
    </w:p>
    <w:p w14:paraId="29A8CBA5" w14:textId="77777777" w:rsidR="00C84484" w:rsidRPr="000D3724" w:rsidRDefault="00C0789D" w:rsidP="00C84484">
      <w:pPr>
        <w:spacing w:after="0" w:line="240" w:lineRule="auto"/>
        <w:rPr>
          <w:b/>
          <w:sz w:val="40"/>
          <w:szCs w:val="40"/>
          <w:u w:val="single"/>
        </w:rPr>
      </w:pPr>
      <w:r>
        <w:br w:type="column"/>
      </w:r>
      <w:r w:rsidR="00C84484" w:rsidRPr="000D3724">
        <w:rPr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DCCE65" wp14:editId="2767F042">
                <wp:simplePos x="0" y="0"/>
                <wp:positionH relativeFrom="margin">
                  <wp:posOffset>3912870</wp:posOffset>
                </wp:positionH>
                <wp:positionV relativeFrom="paragraph">
                  <wp:posOffset>0</wp:posOffset>
                </wp:positionV>
                <wp:extent cx="5490845" cy="647700"/>
                <wp:effectExtent l="0" t="0" r="14605" b="190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CC74D" w14:textId="18A7B362" w:rsidR="00C84484" w:rsidRPr="000D3724" w:rsidRDefault="00C84484" w:rsidP="00C84484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t xml:space="preserve">From my Calculus 1 Fact Sheet: </w:t>
                            </w:r>
                            <w:hyperlink r:id="rId12" w:history="1">
                              <w:r w:rsidRPr="00945240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math.washington.edu/~aloveles/Math126Materials/CalculusFactSheet2.pdf</w:t>
                              </w:r>
                            </w:hyperlink>
                          </w:p>
                          <w:p w14:paraId="5E8697E2" w14:textId="77777777" w:rsidR="00C84484" w:rsidRDefault="00C84484" w:rsidP="00C844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CCE65" id="_x0000_s1027" type="#_x0000_t202" style="position:absolute;margin-left:308.1pt;margin-top:0;width:432.35pt;height:5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">
                <v:textbox>
                  <w:txbxContent>
                    <w:p w14:paraId="2A4CC74D" w14:textId="18A7B362" w:rsidR="00C84484" w:rsidRPr="000D3724" w:rsidRDefault="00C84484" w:rsidP="00C84484">
                      <w:pPr>
                        <w:spacing w:after="0" w:line="240" w:lineRule="auto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t xml:space="preserve">From my Calculus 1 Fact Sheet: </w:t>
                      </w:r>
                      <w:hyperlink r:id="rId13" w:history="1">
                        <w:r w:rsidRPr="00945240">
                          <w:rPr>
                            <w:rStyle w:val="Hyperlink"/>
                            <w:sz w:val="24"/>
                            <w:szCs w:val="24"/>
                          </w:rPr>
                          <w:t>math.washington.edu/~aloveles/Math126Materials/CalculusFactSheet2.pdf</w:t>
                        </w:r>
                      </w:hyperlink>
                    </w:p>
                    <w:p w14:paraId="5E8697E2" w14:textId="77777777" w:rsidR="00C84484" w:rsidRDefault="00C84484" w:rsidP="00C84484"/>
                  </w:txbxContent>
                </v:textbox>
                <w10:wrap type="square" anchorx="margin"/>
              </v:shape>
            </w:pict>
          </mc:Fallback>
        </mc:AlternateContent>
      </w:r>
      <w:r w:rsidR="00C84484" w:rsidRPr="000D3724">
        <w:rPr>
          <w:b/>
          <w:sz w:val="40"/>
          <w:szCs w:val="40"/>
          <w:u w:val="single"/>
        </w:rPr>
        <w:t xml:space="preserve">Antiderivatives </w:t>
      </w:r>
      <w:r w:rsidR="00C84484">
        <w:rPr>
          <w:b/>
          <w:sz w:val="40"/>
          <w:szCs w:val="40"/>
          <w:u w:val="single"/>
        </w:rPr>
        <w:t xml:space="preserve">Quick </w:t>
      </w:r>
      <w:r w:rsidR="00C84484" w:rsidRPr="000D3724">
        <w:rPr>
          <w:b/>
          <w:sz w:val="40"/>
          <w:szCs w:val="40"/>
          <w:u w:val="single"/>
        </w:rPr>
        <w:t>Review</w:t>
      </w:r>
    </w:p>
    <w:p w14:paraId="4B9947B1" w14:textId="66ABD901" w:rsidR="00C84484" w:rsidRPr="000D3724" w:rsidRDefault="00205EBE" w:rsidP="00C84484">
      <w:pPr>
        <w:spacing w:after="0" w:line="240" w:lineRule="auto"/>
        <w:rPr>
          <w:i/>
          <w:sz w:val="40"/>
          <w:szCs w:val="40"/>
        </w:rPr>
      </w:pPr>
      <w:r w:rsidRPr="000D3724">
        <w:rPr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 wp14:anchorId="2CCC5AC5" wp14:editId="681CC43A">
            <wp:simplePos x="0" y="0"/>
            <wp:positionH relativeFrom="column">
              <wp:posOffset>4006850</wp:posOffset>
            </wp:positionH>
            <wp:positionV relativeFrom="paragraph">
              <wp:posOffset>589915</wp:posOffset>
            </wp:positionV>
            <wp:extent cx="5214938" cy="3238606"/>
            <wp:effectExtent l="0" t="0" r="508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938" cy="323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4484" w:rsidRPr="000D3724">
        <w:rPr>
          <w:i/>
          <w:sz w:val="40"/>
          <w:szCs w:val="40"/>
        </w:rPr>
        <w:t xml:space="preserve">A basic example: </w:t>
      </w:r>
      <w:r w:rsidR="00C84484" w:rsidRPr="000D3724">
        <w:rPr>
          <w:sz w:val="40"/>
          <w:szCs w:val="40"/>
        </w:rPr>
        <w:t xml:space="preserve">Find </w:t>
      </w:r>
      <m:oMath>
        <m:r>
          <w:rPr>
            <w:rFonts w:ascii="Cambria Math" w:hAnsi="Cambria Math"/>
            <w:sz w:val="40"/>
            <w:szCs w:val="40"/>
          </w:rPr>
          <m:t>f(t)</m:t>
        </m:r>
      </m:oMath>
      <w:r w:rsidR="00C84484" w:rsidRPr="000D3724">
        <w:rPr>
          <w:sz w:val="40"/>
          <w:szCs w:val="40"/>
        </w:rPr>
        <w:t xml:space="preserve">, if  </w:t>
      </w:r>
    </w:p>
    <w:p w14:paraId="52602778" w14:textId="77777777" w:rsidR="00C84484" w:rsidRPr="000D3724" w:rsidRDefault="00C84484" w:rsidP="00C84484">
      <w:pPr>
        <w:spacing w:after="0" w:line="240" w:lineRule="auto"/>
        <w:rPr>
          <w:sz w:val="40"/>
          <w:szCs w:val="4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40"/>
              <w:szCs w:val="40"/>
            </w:rPr>
            <m:t xml:space="preserve">    f’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</m:d>
          <m:r>
            <w:rPr>
              <w:rFonts w:ascii="Cambria Math" w:hAnsi="Cambria Math"/>
              <w:sz w:val="40"/>
              <w:szCs w:val="40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funcPr>
            <m:fName>
              <m:r>
                <w:rPr>
                  <w:rFonts w:ascii="Cambria Math" w:hAnsi="Cambria Math"/>
                  <w:sz w:val="40"/>
                  <w:szCs w:val="40"/>
                </w:rPr>
                <m:t>6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40"/>
                      <w:szCs w:val="40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</w:rPr>
                    <m:t>t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/>
                  <w:sz w:val="40"/>
                  <w:szCs w:val="40"/>
                </w:rPr>
                <m:t>+sin</m:t>
              </m:r>
            </m:fName>
            <m:e>
              <m:r>
                <w:rPr>
                  <w:rFonts w:ascii="Cambria Math" w:hAnsi="Cambria Math"/>
                  <w:sz w:val="40"/>
                  <w:szCs w:val="40"/>
                </w:rPr>
                <m:t>(t)</m:t>
              </m:r>
            </m:e>
          </m:func>
          <m:r>
            <w:rPr>
              <w:rFonts w:ascii="Cambria Math" w:hAnsi="Cambria Math"/>
              <w:sz w:val="40"/>
              <w:szCs w:val="40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  <w:szCs w:val="40"/>
                </w:rPr>
                <m:t>9te</m:t>
              </m:r>
            </m:e>
            <m:sup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2</m:t>
                  </m:r>
                </m:sup>
              </m:sSup>
            </m:sup>
          </m:sSup>
          <m:r>
            <w:rPr>
              <w:rFonts w:ascii="Cambria Math" w:hAnsi="Cambria Math"/>
              <w:sz w:val="40"/>
              <w:szCs w:val="40"/>
            </w:rPr>
            <m:t xml:space="preserve"> </m:t>
          </m:r>
        </m:oMath>
      </m:oMathPara>
    </w:p>
    <w:p w14:paraId="4DD6FC16" w14:textId="70BB90B8" w:rsidR="00C84484" w:rsidRPr="000D3724" w:rsidRDefault="00C84484" w:rsidP="00C84484">
      <w:pPr>
        <w:spacing w:after="0" w:line="240" w:lineRule="auto"/>
        <w:rPr>
          <w:sz w:val="40"/>
          <w:szCs w:val="40"/>
        </w:rPr>
      </w:pPr>
      <w:r w:rsidRPr="000D3724">
        <w:rPr>
          <w:sz w:val="40"/>
          <w:szCs w:val="40"/>
        </w:rPr>
        <w:t xml:space="preserve">with </w:t>
      </w:r>
      <m:oMath>
        <m:r>
          <w:rPr>
            <w:rFonts w:ascii="Cambria Math" w:hAnsi="Cambria Math"/>
            <w:sz w:val="40"/>
            <w:szCs w:val="40"/>
          </w:rPr>
          <m:t>f(0) = 7</m:t>
        </m:r>
      </m:oMath>
      <w:r w:rsidRPr="000D3724">
        <w:rPr>
          <w:sz w:val="40"/>
          <w:szCs w:val="40"/>
        </w:rPr>
        <w:t>.</w:t>
      </w:r>
    </w:p>
    <w:p w14:paraId="4B91BB7F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30D2D95E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23E9CA02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5AF786EA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64FFB731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4123BA21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12A849F9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5D2AA1F5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47941F4D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1881AB03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418A43FE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705F4010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11298905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017A4B2E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4BA2C654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3E9F5B36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027AEBA1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40AE3E21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77924C22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427FA485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35D75902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217E81A3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0D4010E0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6DD41FDD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7DD74DDA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47D2AC0A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781EE19B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53C1FFAD" w14:textId="77777777" w:rsidR="00C84484" w:rsidRPr="000D3724" w:rsidRDefault="00C84484" w:rsidP="00C84484">
      <w:pPr>
        <w:spacing w:after="0" w:line="240" w:lineRule="auto"/>
        <w:rPr>
          <w:sz w:val="36"/>
          <w:szCs w:val="36"/>
        </w:rPr>
      </w:pPr>
      <w:r w:rsidRPr="000D3724">
        <w:rPr>
          <w:sz w:val="36"/>
          <w:szCs w:val="36"/>
        </w:rPr>
        <w:t>For Ch. 13</w:t>
      </w:r>
      <w:r>
        <w:rPr>
          <w:sz w:val="36"/>
          <w:szCs w:val="36"/>
        </w:rPr>
        <w:t xml:space="preserve">, </w:t>
      </w:r>
      <w:r w:rsidRPr="000D3724">
        <w:rPr>
          <w:sz w:val="36"/>
          <w:szCs w:val="36"/>
        </w:rPr>
        <w:t xml:space="preserve">you MUST </w:t>
      </w:r>
      <w:r>
        <w:rPr>
          <w:sz w:val="36"/>
          <w:szCs w:val="36"/>
        </w:rPr>
        <w:t>remember</w:t>
      </w:r>
      <w:r w:rsidRPr="000D3724">
        <w:rPr>
          <w:sz w:val="36"/>
          <w:szCs w:val="36"/>
        </w:rPr>
        <w:t>:</w:t>
      </w:r>
    </w:p>
    <w:p w14:paraId="547A802A" w14:textId="77777777" w:rsidR="00C84484" w:rsidRPr="000D3724" w:rsidRDefault="00C84484" w:rsidP="00C84484">
      <w:pPr>
        <w:pStyle w:val="ListParagraph"/>
        <w:numPr>
          <w:ilvl w:val="0"/>
          <w:numId w:val="2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h</w:t>
      </w:r>
      <w:r w:rsidRPr="000D3724">
        <w:rPr>
          <w:sz w:val="36"/>
          <w:szCs w:val="36"/>
        </w:rPr>
        <w:t>ow to find +C.</w:t>
      </w:r>
    </w:p>
    <w:p w14:paraId="7A93AFCF" w14:textId="7D874BDF" w:rsidR="00C84484" w:rsidRPr="000D3724" w:rsidRDefault="00C84484" w:rsidP="00C84484">
      <w:pPr>
        <w:pStyle w:val="ListParagraph"/>
        <w:numPr>
          <w:ilvl w:val="0"/>
          <w:numId w:val="21"/>
        </w:num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h</w:t>
      </w:r>
      <w:r w:rsidRPr="000D3724">
        <w:rPr>
          <w:sz w:val="36"/>
          <w:szCs w:val="36"/>
        </w:rPr>
        <w:t xml:space="preserve">ow to </w:t>
      </w:r>
      <w:r w:rsidR="00A67FDC">
        <w:rPr>
          <w:sz w:val="36"/>
          <w:szCs w:val="36"/>
        </w:rPr>
        <w:t>use</w:t>
      </w:r>
      <w:r w:rsidRPr="000D3724">
        <w:rPr>
          <w:sz w:val="36"/>
          <w:szCs w:val="36"/>
        </w:rPr>
        <w:t xml:space="preserve"> </w:t>
      </w:r>
      <w:r w:rsidRPr="000D3724">
        <w:rPr>
          <w:b/>
          <w:sz w:val="36"/>
          <w:szCs w:val="36"/>
        </w:rPr>
        <w:t>u-substitution</w:t>
      </w:r>
      <w:r w:rsidRPr="000D3724">
        <w:rPr>
          <w:sz w:val="36"/>
          <w:szCs w:val="36"/>
        </w:rPr>
        <w:t>.</w:t>
      </w:r>
    </w:p>
    <w:p w14:paraId="0ECC8F43" w14:textId="77777777" w:rsidR="00C84484" w:rsidRPr="000D3724" w:rsidRDefault="00C84484" w:rsidP="00C84484">
      <w:pPr>
        <w:pStyle w:val="ListParagraph"/>
        <w:numPr>
          <w:ilvl w:val="0"/>
          <w:numId w:val="21"/>
        </w:numPr>
        <w:spacing w:after="0" w:line="240" w:lineRule="auto"/>
        <w:rPr>
          <w:sz w:val="36"/>
          <w:szCs w:val="36"/>
        </w:rPr>
      </w:pPr>
      <w:r w:rsidRPr="000D3724">
        <w:rPr>
          <w:sz w:val="36"/>
          <w:szCs w:val="36"/>
        </w:rPr>
        <w:t xml:space="preserve">How to use </w:t>
      </w:r>
      <w:r w:rsidRPr="000D3724">
        <w:rPr>
          <w:b/>
          <w:sz w:val="36"/>
          <w:szCs w:val="36"/>
        </w:rPr>
        <w:t>integration by parts</w:t>
      </w:r>
      <w:r w:rsidRPr="000D3724">
        <w:rPr>
          <w:sz w:val="36"/>
          <w:szCs w:val="36"/>
        </w:rPr>
        <w:t>.</w:t>
      </w:r>
    </w:p>
    <w:p w14:paraId="58A0C8F1" w14:textId="77777777" w:rsidR="00C84484" w:rsidRDefault="00C84484" w:rsidP="00C84484">
      <w:pPr>
        <w:spacing w:after="0" w:line="240" w:lineRule="auto"/>
        <w:rPr>
          <w:sz w:val="36"/>
          <w:szCs w:val="36"/>
        </w:rPr>
      </w:pPr>
    </w:p>
    <w:p w14:paraId="1397A525" w14:textId="77777777" w:rsidR="00C84484" w:rsidRDefault="00C84484" w:rsidP="00C84484">
      <w:pPr>
        <w:spacing w:after="0" w:line="240" w:lineRule="auto"/>
        <w:rPr>
          <w:sz w:val="44"/>
          <w:szCs w:val="44"/>
        </w:rPr>
      </w:pPr>
    </w:p>
    <w:p w14:paraId="7FA9E123" w14:textId="3BA74A5E" w:rsidR="00E815AA" w:rsidRDefault="00E815AA">
      <w:pPr>
        <w:spacing w:after="160" w:line="240" w:lineRule="auto"/>
      </w:pPr>
    </w:p>
    <w:sectPr w:rsidR="00E815AA" w:rsidSect="00034616">
      <w:headerReference w:type="default" r:id="rId15"/>
      <w:footerReference w:type="default" r:id="rId16"/>
      <w:pgSz w:w="15840" w:h="12240" w:orient="landscape"/>
      <w:pgMar w:top="648" w:right="648" w:bottom="648" w:left="648" w:header="245" w:footer="245" w:gutter="0"/>
      <w:cols w:num="2" w:space="3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FA63" w14:textId="77777777" w:rsidR="00B04ED7" w:rsidRDefault="00B04ED7">
      <w:pPr>
        <w:spacing w:after="0" w:line="240" w:lineRule="auto"/>
      </w:pPr>
      <w:r>
        <w:separator/>
      </w:r>
    </w:p>
  </w:endnote>
  <w:endnote w:type="continuationSeparator" w:id="0">
    <w:p w14:paraId="07B175A9" w14:textId="77777777" w:rsidR="00B04ED7" w:rsidRDefault="00B0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967E" w14:textId="0ECA324A" w:rsidR="006261A0" w:rsidRDefault="000C7F81">
    <w:pPr>
      <w:pStyle w:val="Footer"/>
      <w:pBdr>
        <w:top w:val="single" w:sz="6" w:space="0" w:color="888888"/>
      </w:pBdr>
      <w:jc w:val="center"/>
    </w:pPr>
    <w:r>
      <w:rPr>
        <w:sz w:val="16"/>
      </w:rPr>
      <w:t xml:space="preserve">13.2 Vector </w:t>
    </w:r>
    <w:proofErr w:type="gramStart"/>
    <w:r>
      <w:rPr>
        <w:sz w:val="16"/>
      </w:rPr>
      <w:t>Calculus  |</w:t>
    </w:r>
    <w:proofErr w:type="gramEnd"/>
    <w:r>
      <w:rPr>
        <w:sz w:val="16"/>
      </w:rPr>
      <w:t xml:space="preserve">  </w:t>
    </w:r>
    <w:hyperlink r:id="rId1" w:history="1">
      <w:r w:rsidRPr="001B7F4F">
        <w:rPr>
          <w:rStyle w:val="Hyperlink"/>
          <w:sz w:val="16"/>
        </w:rPr>
        <w:t>desmos.com/3d/fpmbf0ioxk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5708" w14:textId="77777777" w:rsidR="00B04ED7" w:rsidRDefault="00B04ED7">
      <w:pPr>
        <w:spacing w:after="0" w:line="240" w:lineRule="auto"/>
      </w:pPr>
      <w:r>
        <w:separator/>
      </w:r>
    </w:p>
  </w:footnote>
  <w:footnote w:type="continuationSeparator" w:id="0">
    <w:p w14:paraId="1A255D69" w14:textId="77777777" w:rsidR="00B04ED7" w:rsidRDefault="00B04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B050" w14:textId="77777777" w:rsidR="006261A0" w:rsidRDefault="000C7F81">
    <w:pPr>
      <w:pStyle w:val="Header"/>
      <w:pBdr>
        <w:bottom w:val="single" w:sz="6" w:space="0" w:color="888888"/>
      </w:pBdr>
      <w:jc w:val="center"/>
    </w:pPr>
    <w:r>
      <w:rPr>
        <w:b/>
        <w:sz w:val="18"/>
      </w:rPr>
      <w:t xml:space="preserve">13.2 Vector Calculus   |   Page </w:t>
    </w:r>
    <w:r>
      <w:fldChar w:fldCharType="begin"/>
    </w:r>
    <w:r>
      <w:instrText>PAGE</w:instrText>
    </w:r>
    <w:r>
      <w:fldChar w:fldCharType="separate"/>
    </w:r>
    <w:r w:rsidR="005D0102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561B5"/>
    <w:multiLevelType w:val="hybridMultilevel"/>
    <w:tmpl w:val="3670D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A38FB"/>
    <w:multiLevelType w:val="hybridMultilevel"/>
    <w:tmpl w:val="69322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87079"/>
    <w:multiLevelType w:val="hybridMultilevel"/>
    <w:tmpl w:val="F01E5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C7978"/>
    <w:multiLevelType w:val="hybridMultilevel"/>
    <w:tmpl w:val="F5DA3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83967"/>
    <w:multiLevelType w:val="hybridMultilevel"/>
    <w:tmpl w:val="E1B8F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462B7"/>
    <w:multiLevelType w:val="hybridMultilevel"/>
    <w:tmpl w:val="E1587A9E"/>
    <w:lvl w:ilvl="0" w:tplc="71D695B6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27B7A"/>
    <w:multiLevelType w:val="hybridMultilevel"/>
    <w:tmpl w:val="098EF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926B4"/>
    <w:multiLevelType w:val="hybridMultilevel"/>
    <w:tmpl w:val="53346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30416C"/>
    <w:multiLevelType w:val="hybridMultilevel"/>
    <w:tmpl w:val="65B8A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36EAF"/>
    <w:multiLevelType w:val="hybridMultilevel"/>
    <w:tmpl w:val="FDB8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C30C8"/>
    <w:multiLevelType w:val="hybridMultilevel"/>
    <w:tmpl w:val="93F6C1DC"/>
    <w:lvl w:ilvl="0" w:tplc="086ED6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6525C"/>
    <w:multiLevelType w:val="hybridMultilevel"/>
    <w:tmpl w:val="8162F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03079">
    <w:abstractNumId w:val="8"/>
  </w:num>
  <w:num w:numId="2" w16cid:durableId="1222905168">
    <w:abstractNumId w:val="6"/>
  </w:num>
  <w:num w:numId="3" w16cid:durableId="1342127038">
    <w:abstractNumId w:val="5"/>
  </w:num>
  <w:num w:numId="4" w16cid:durableId="489099941">
    <w:abstractNumId w:val="4"/>
  </w:num>
  <w:num w:numId="5" w16cid:durableId="1106389812">
    <w:abstractNumId w:val="7"/>
  </w:num>
  <w:num w:numId="6" w16cid:durableId="2079743868">
    <w:abstractNumId w:val="3"/>
  </w:num>
  <w:num w:numId="7" w16cid:durableId="817460052">
    <w:abstractNumId w:val="2"/>
  </w:num>
  <w:num w:numId="8" w16cid:durableId="1095132566">
    <w:abstractNumId w:val="1"/>
  </w:num>
  <w:num w:numId="9" w16cid:durableId="1781030326">
    <w:abstractNumId w:val="0"/>
  </w:num>
  <w:num w:numId="10" w16cid:durableId="1200242524">
    <w:abstractNumId w:val="13"/>
  </w:num>
  <w:num w:numId="11" w16cid:durableId="705760764">
    <w:abstractNumId w:val="9"/>
  </w:num>
  <w:num w:numId="12" w16cid:durableId="967661214">
    <w:abstractNumId w:val="12"/>
  </w:num>
  <w:num w:numId="13" w16cid:durableId="1532180642">
    <w:abstractNumId w:val="11"/>
  </w:num>
  <w:num w:numId="14" w16cid:durableId="1650669756">
    <w:abstractNumId w:val="15"/>
  </w:num>
  <w:num w:numId="15" w16cid:durableId="327253426">
    <w:abstractNumId w:val="16"/>
  </w:num>
  <w:num w:numId="16" w16cid:durableId="128789186">
    <w:abstractNumId w:val="18"/>
  </w:num>
  <w:num w:numId="17" w16cid:durableId="883252748">
    <w:abstractNumId w:val="10"/>
  </w:num>
  <w:num w:numId="18" w16cid:durableId="1319116024">
    <w:abstractNumId w:val="17"/>
  </w:num>
  <w:num w:numId="19" w16cid:durableId="1622571772">
    <w:abstractNumId w:val="20"/>
  </w:num>
  <w:num w:numId="20" w16cid:durableId="1784573039">
    <w:abstractNumId w:val="14"/>
  </w:num>
  <w:num w:numId="21" w16cid:durableId="19195541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F81"/>
    <w:rsid w:val="00120B42"/>
    <w:rsid w:val="0015074B"/>
    <w:rsid w:val="001B7F4F"/>
    <w:rsid w:val="00205EBE"/>
    <w:rsid w:val="00246292"/>
    <w:rsid w:val="00292103"/>
    <w:rsid w:val="0029639D"/>
    <w:rsid w:val="00326F90"/>
    <w:rsid w:val="00460569"/>
    <w:rsid w:val="005D0102"/>
    <w:rsid w:val="006261A0"/>
    <w:rsid w:val="006F4D83"/>
    <w:rsid w:val="009347B4"/>
    <w:rsid w:val="00A67FDC"/>
    <w:rsid w:val="00AA1D8D"/>
    <w:rsid w:val="00AF6B7E"/>
    <w:rsid w:val="00AF6C23"/>
    <w:rsid w:val="00B04ED7"/>
    <w:rsid w:val="00B47730"/>
    <w:rsid w:val="00C0789D"/>
    <w:rsid w:val="00C3560D"/>
    <w:rsid w:val="00C84484"/>
    <w:rsid w:val="00CB0664"/>
    <w:rsid w:val="00D33B6A"/>
    <w:rsid w:val="00DE7197"/>
    <w:rsid w:val="00E815AA"/>
    <w:rsid w:val="00F477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E8CD77"/>
  <w14:defaultImageDpi w14:val="300"/>
  <w15:docId w15:val="{D1243B99-5149-418C-B5FF-9995B112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3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356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ites.math.washington.edu/~aloveles/Math126Materials/CalculusFactSheet2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tes.math.washington.edu/~aloveles/Math126Materials/CalculusFactSheet2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tes.math.washington.edu/~aloveles/Math126Materials/CalculusFactSheet2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sites.math.washington.edu/~aloveles/Math126Materials/CalculusFactSheet2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desmos.com/3d/fpmbf0iox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B28323-25FC-43C8-8B99-50A9FB1E2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13.2 Vector Calculus</vt:lpstr>
    </vt:vector>
  </TitlesOfParts>
  <Manager/>
  <Company/>
  <LinksUpToDate>false</LinksUpToDate>
  <CharactersWithSpaces>2048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13.2 Vector Calculus</dc:title>
  <dc:subject/>
  <dc:creator>python-docx</dc:creator>
  <cp:keywords/>
  <dc:description>generated by python-docx</dc:description>
  <cp:lastModifiedBy>Andrew Loveless</cp:lastModifiedBy>
  <cp:revision>9</cp:revision>
  <cp:lastPrinted>2026-10-19T01:50:00Z</cp:lastPrinted>
  <dcterms:created xsi:type="dcterms:W3CDTF">2026-10-12T17:47:00Z</dcterms:created>
  <dcterms:modified xsi:type="dcterms:W3CDTF">2026-10-19T01:50:00Z</dcterms:modified>
  <cp:category/>
</cp:coreProperties>
</file>